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8A5A2B"/>
          <w:sz w:val="44"/>
        </w:rPr>
        <w:t>TAX INVOICE</w:t>
      </w:r>
    </w:p>
    <w:p>
      <w:pPr>
        <w:spacing w:after="40"/>
      </w:pPr>
      <w:r>
        <w:rPr>
          <w:b w:val="0"/>
          <w:color w:val="6B6258"/>
          <w:sz w:val="17"/>
        </w:rPr>
        <w:t>Standard Tax Invoice Template (Australia) | free template from onebookplus.com.au</w:t>
      </w:r>
    </w:p>
    <w:p>
      <w:pPr>
        <w:spacing w:after="200"/>
      </w:pPr>
      <w:r>
        <w:rPr>
          <w:b w:val="0"/>
          <w:color w:val="6B6258"/>
          <w:sz w:val="17"/>
        </w:rPr>
        <w:t>Replace every [bracketed] field with your own details, then delete this line.</w:t>
      </w:r>
    </w:p>
    <w:p>
      <w:pPr>
        <w:spacing w:after="200"/>
      </w:pPr>
      <w:r>
        <w:rPr>
          <w:b/>
          <w:sz w:val="21"/>
        </w:rPr>
        <w:t xml:space="preserve">Invoice #: </w:t>
      </w:r>
      <w:r>
        <w:rPr>
          <w:color w:val="8A5A2B"/>
          <w:sz w:val="21"/>
        </w:rPr>
        <w:t xml:space="preserve">[INV-0001]    </w:t>
      </w:r>
      <w:r>
        <w:rPr>
          <w:b/>
          <w:sz w:val="21"/>
        </w:rPr>
        <w:t xml:space="preserve">Date of issue: </w:t>
      </w:r>
      <w:r>
        <w:rPr>
          <w:color w:val="8A5A2B"/>
          <w:sz w:val="21"/>
        </w:rPr>
        <w:t xml:space="preserve">[DD/MM/YYYY]    </w:t>
      </w:r>
      <w:r>
        <w:rPr>
          <w:b/>
          <w:sz w:val="21"/>
        </w:rPr>
        <w:t xml:space="preserve">Due date: </w:t>
      </w:r>
      <w:r>
        <w:rPr>
          <w:color w:val="8A5A2B"/>
          <w:sz w:val="21"/>
        </w:rPr>
        <w:t>[DD/MM/YYYY]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r>
              <w:rPr>
                <w:b/>
                <w:color w:val="6B6258"/>
                <w:sz w:val="17"/>
              </w:rPr>
              <w:t>FROM</w:t>
            </w:r>
          </w:p>
        </w:tc>
        <w:tc>
          <w:tcPr>
            <w:tcW w:type="dxa" w:w="4819"/>
          </w:tcPr>
          <w:p>
            <w:r>
              <w:rPr>
                <w:b/>
                <w:color w:val="6B6258"/>
                <w:sz w:val="17"/>
              </w:rPr>
              <w:t>BILL TO</w:t>
            </w:r>
          </w:p>
        </w:tc>
      </w:tr>
      <w:tr>
        <w:tc>
          <w:tcPr>
            <w:tcW w:type="dxa" w:w="4819"/>
          </w:tcPr>
          <w:p>
            <w:r>
              <w:rPr>
                <w:sz w:val="20"/>
              </w:rPr>
              <w:t>[Your Business Name]</w:t>
              <w:br/>
              <w:t>ABN: [XX XXX XXX XXX]</w:t>
              <w:br/>
              <w:t>[Street address, Suburb State Postcode]</w:t>
              <w:br/>
              <w:t>[Email] | [Phone]</w:t>
            </w:r>
          </w:p>
        </w:tc>
        <w:tc>
          <w:tcPr>
            <w:tcW w:type="dxa" w:w="4819"/>
          </w:tcPr>
          <w:p>
            <w:r>
              <w:rPr>
                <w:sz w:val="20"/>
              </w:rPr>
              <w:t>[Client / business name]</w:t>
              <w:br/>
              <w:t>[Client address]</w:t>
              <w:br/>
              <w:t>[Client email]</w:t>
              <w:br/>
              <w:t>[Buyer ABN, for sales of $1,000 or more inc GST]</w:t>
            </w:r>
          </w:p>
        </w:tc>
      </w:tr>
    </w:tbl>
    <w:p>
      <w:pPr>
        <w:spacing w:after="120"/>
      </w:pPr>
      <w:r>
        <w:rPr>
          <w:b w:val="0"/>
          <w:sz w:val="21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5329"/>
          </w:tcPr>
          <w:p>
            <w:r>
              <w:rPr>
                <w:b/>
                <w:sz w:val="18"/>
              </w:rPr>
              <w:t>Description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b/>
                <w:sz w:val="18"/>
              </w:rPr>
              <w:t>Qty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b/>
                <w:sz w:val="18"/>
              </w:rPr>
              <w:t>Unit price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b/>
                <w:sz w:val="18"/>
              </w:rPr>
              <w:t>Amount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Professional services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$500.00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$500.00</w:t>
            </w:r>
          </w:p>
        </w:tc>
      </w:tr>
      <w:tr>
        <w:tc>
          <w:tcPr>
            <w:tcW w:type="dxa" w:w="5329"/>
          </w:tcPr>
          <w:p>
            <w:r>
              <w:rPr>
                <w:sz w:val="19"/>
              </w:rPr>
              <w:t>Additional consultation (2 hrs at $150/hr)</w:t>
            </w:r>
          </w:p>
        </w:tc>
        <w:tc>
          <w:tcPr>
            <w:tcW w:type="dxa" w:w="1020"/>
          </w:tcPr>
          <w:p>
            <w:pPr>
              <w:jc w:val="right"/>
            </w:pPr>
            <w:r>
              <w:rPr>
                <w:sz w:val="19"/>
              </w:rPr>
              <w:t>1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$300.00</w:t>
            </w:r>
          </w:p>
        </w:tc>
        <w:tc>
          <w:tcPr>
            <w:tcW w:type="dxa" w:w="1644"/>
          </w:tcPr>
          <w:p>
            <w:pPr>
              <w:jc w:val="right"/>
            </w:pPr>
            <w:r>
              <w:rPr>
                <w:sz w:val="19"/>
              </w:rPr>
              <w:t>$300.00</w:t>
            </w:r>
          </w:p>
        </w:tc>
      </w:tr>
      <w:tr>
        <w:tc>
          <w:tcPr>
            <w:tcW w:type="dxa" w:w="5329"/>
          </w:tcPr>
          <w:p>
            <w:r>
              <w:rPr>
                <w:color w:val="6B6258"/>
                <w:sz w:val="19"/>
              </w:rPr>
              <w:t>[Add or remove rows as needed]</w:t>
            </w:r>
          </w:p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  <w:tc>
          <w:tcPr>
            <w:tcW w:type="dxa" w:w="2409"/>
          </w:tcPr>
          <w:p/>
        </w:tc>
      </w:tr>
    </w:tbl>
    <w:p>
      <w:pPr>
        <w:spacing w:after="80"/>
      </w:pPr>
      <w:r>
        <w:rPr>
          <w:b w:val="0"/>
          <w:sz w:val="21"/>
        </w:rPr>
      </w:r>
    </w:p>
    <w:p>
      <w:pPr>
        <w:spacing w:after="40"/>
        <w:jc w:val="right"/>
      </w:pPr>
      <w:r>
        <w:rPr>
          <w:b w:val="0"/>
          <w:sz w:val="21"/>
        </w:rPr>
        <w:t>Subtotal (ex GST): $800.00</w:t>
      </w:r>
    </w:p>
    <w:p>
      <w:pPr>
        <w:spacing w:after="40"/>
        <w:jc w:val="right"/>
      </w:pPr>
      <w:r>
        <w:rPr>
          <w:b w:val="0"/>
          <w:sz w:val="21"/>
        </w:rPr>
        <w:t>GST (10%): $80.00</w:t>
      </w:r>
    </w:p>
    <w:p>
      <w:pPr>
        <w:spacing w:after="200"/>
        <w:jc w:val="right"/>
      </w:pPr>
      <w:r>
        <w:rPr>
          <w:b/>
          <w:sz w:val="24"/>
        </w:rPr>
        <w:t>Total (inc GST): $880.00</w:t>
      </w:r>
    </w:p>
    <w:p>
      <w:pPr>
        <w:spacing w:after="200"/>
      </w:pPr>
      <w:r>
        <w:rPr>
          <w:b w:val="0"/>
          <w:color w:val="6B6258"/>
          <w:sz w:val="18"/>
        </w:rPr>
        <w:t>All amounts are in Australian dollars. Total price includes GST. Payment terms: 14 days from invoice date.</w:t>
      </w:r>
    </w:p>
    <w:p>
      <w:pPr>
        <w:spacing w:after="40"/>
      </w:pPr>
      <w:r>
        <w:rPr>
          <w:b/>
          <w:color w:val="6B6258"/>
          <w:sz w:val="17"/>
        </w:rPr>
        <w:t>PAYMENT DETAILS</w:t>
      </w:r>
    </w:p>
    <w:p>
      <w:pPr>
        <w:spacing w:after="40"/>
      </w:pPr>
      <w:r>
        <w:rPr>
          <w:b w:val="0"/>
          <w:sz w:val="20"/>
        </w:rPr>
        <w:t>Bank: [Bank name]   BSB: [XXX-XXX]   Account: [XXXXXXXX]</w:t>
      </w:r>
    </w:p>
    <w:p>
      <w:pPr>
        <w:spacing w:after="280"/>
      </w:pPr>
      <w:r>
        <w:rPr>
          <w:b w:val="0"/>
          <w:sz w:val="20"/>
        </w:rPr>
        <w:t>PayID: [your@email.com]   Reference: [INV-0001]</w:t>
      </w:r>
    </w:p>
    <w:p>
      <w:pPr>
        <w:spacing w:after="0"/>
      </w:pPr>
      <w:r>
        <w:rPr>
          <w:b w:val="0"/>
          <w:color w:val="6B6258"/>
          <w:sz w:val="16"/>
        </w:rPr>
        <w:t>Free Australian invoice template from OneBookPlus: onebookplus.com.au/tools/invoice-templates</w:t>
      </w:r>
    </w:p>
    <w:sectPr w:rsidR="00FC693F" w:rsidRPr="0006063C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1A15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