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A5A2B"/>
          <w:sz w:val="44"/>
        </w:rPr>
        <w:t>TAX INVOICE</w:t>
      </w:r>
    </w:p>
    <w:p>
      <w:pPr>
        <w:spacing w:after="40"/>
      </w:pPr>
      <w:r>
        <w:rPr>
          <w:b w:val="0"/>
          <w:color w:val="6B6258"/>
          <w:sz w:val="17"/>
        </w:rPr>
        <w:t>Tradie Invoice Template: Materials and Labour (Australia) | free template from onebookplus.com.au</w:t>
      </w:r>
    </w:p>
    <w:p>
      <w:pPr>
        <w:spacing w:after="200"/>
      </w:pPr>
      <w:r>
        <w:rPr>
          <w:b w:val="0"/>
          <w:color w:val="6B6258"/>
          <w:sz w:val="17"/>
        </w:rPr>
        <w:t>Replace every [bracketed] field with your own details, then delete this line.</w:t>
      </w:r>
    </w:p>
    <w:p>
      <w:pPr>
        <w:spacing w:after="200"/>
      </w:pPr>
      <w:r>
        <w:rPr>
          <w:b/>
          <w:sz w:val="21"/>
        </w:rPr>
        <w:t xml:space="preserve">Invoice #: </w:t>
      </w:r>
      <w:r>
        <w:rPr>
          <w:color w:val="8A5A2B"/>
          <w:sz w:val="21"/>
        </w:rPr>
        <w:t xml:space="preserve">[INV-0001]    </w:t>
      </w:r>
      <w:r>
        <w:rPr>
          <w:b/>
          <w:sz w:val="21"/>
        </w:rPr>
        <w:t xml:space="preserve">Date of issue: </w:t>
      </w:r>
      <w:r>
        <w:rPr>
          <w:color w:val="8A5A2B"/>
          <w:sz w:val="21"/>
        </w:rPr>
        <w:t xml:space="preserve">[DD/MM/YYYY]    </w:t>
      </w:r>
      <w:r>
        <w:rPr>
          <w:b/>
          <w:sz w:val="21"/>
        </w:rPr>
        <w:t xml:space="preserve">Due date: </w:t>
      </w:r>
      <w:r>
        <w:rPr>
          <w:color w:val="8A5A2B"/>
          <w:sz w:val="21"/>
        </w:rPr>
        <w:t>[DD/MM/YYYY]</w:t>
      </w:r>
    </w:p>
    <w:p>
      <w:pPr>
        <w:spacing w:after="200"/>
      </w:pPr>
      <w:r>
        <w:rPr>
          <w:b/>
          <w:sz w:val="21"/>
        </w:rPr>
        <w:t xml:space="preserve">Job / site address: </w:t>
      </w:r>
      <w:r>
        <w:rPr>
          <w:color w:val="8A5A2B"/>
          <w:sz w:val="21"/>
        </w:rPr>
        <w:t>[Job or site address]</w:t>
      </w:r>
    </w:p>
    <w:p>
      <w:pPr>
        <w:spacing w:after="200"/>
      </w:pPr>
      <w:r>
        <w:rPr>
          <w:b/>
          <w:sz w:val="21"/>
        </w:rPr>
        <w:t xml:space="preserve">Work completed: </w:t>
      </w:r>
      <w:r>
        <w:rPr>
          <w:color w:val="8A5A2B"/>
          <w:sz w:val="21"/>
        </w:rPr>
        <w:t>[DD/MM/YYYY]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FROM</w:t>
            </w:r>
          </w:p>
        </w:tc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BILL TO</w:t>
            </w:r>
          </w:p>
        </w:tc>
      </w:tr>
      <w:tr>
        <w:tc>
          <w:tcPr>
            <w:tcW w:type="dxa" w:w="4819"/>
          </w:tcPr>
          <w:p>
            <w:r>
              <w:rPr>
                <w:sz w:val="20"/>
              </w:rPr>
              <w:t>[Your Business Name]</w:t>
              <w:br/>
              <w:t>ABN: [XX XXX XXX XXX]</w:t>
              <w:br/>
              <w:t>[Street address, Suburb State Postcode]</w:t>
              <w:br/>
              <w:t>[Email] | [Phone]</w:t>
            </w:r>
          </w:p>
        </w:tc>
        <w:tc>
          <w:tcPr>
            <w:tcW w:type="dxa" w:w="4819"/>
          </w:tcPr>
          <w:p>
            <w:r>
              <w:rPr>
                <w:sz w:val="20"/>
              </w:rPr>
              <w:t>[Client / business name]</w:t>
              <w:br/>
              <w:t>[Client address]</w:t>
              <w:br/>
              <w:t>[Client email]</w:t>
              <w:br/>
              <w:t>[Buyer ABN, for sales of $1,000 or more inc GST]</w:t>
            </w:r>
          </w:p>
        </w:tc>
      </w:tr>
    </w:tbl>
    <w:p>
      <w:pPr>
        <w:spacing w:after="120"/>
      </w:pPr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</w:tcPr>
          <w:p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b/>
                <w:sz w:val="18"/>
              </w:rPr>
              <w:t>Qty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Labour: plumbing repair (3 hrs at $90/hr)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$270.00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$270.00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Call-out fee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Materials: copper pipe and fittings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$85.00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$85.00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Materials: sealant and fixings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2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$12.00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$24.00</w:t>
            </w:r>
          </w:p>
        </w:tc>
      </w:tr>
      <w:tr>
        <w:tc>
          <w:tcPr>
            <w:tcW w:type="dxa" w:w="5329"/>
          </w:tcPr>
          <w:p>
            <w:r>
              <w:rPr>
                <w:color w:val="6B6258"/>
                <w:sz w:val="19"/>
              </w:rPr>
              <w:t>[Add or remove rows as needed]</w:t>
            </w:r>
          </w:p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>
      <w:pPr>
        <w:spacing w:after="80"/>
      </w:pPr>
      <w:r>
        <w:rPr>
          <w:b w:val="0"/>
          <w:sz w:val="21"/>
        </w:rPr>
      </w:r>
    </w:p>
    <w:p>
      <w:pPr>
        <w:spacing w:after="40"/>
        <w:jc w:val="right"/>
      </w:pPr>
      <w:r>
        <w:rPr>
          <w:b w:val="0"/>
          <w:sz w:val="21"/>
        </w:rPr>
        <w:t>Subtotal (ex GST): $459.00</w:t>
      </w:r>
    </w:p>
    <w:p>
      <w:pPr>
        <w:spacing w:after="40"/>
        <w:jc w:val="right"/>
      </w:pPr>
      <w:r>
        <w:rPr>
          <w:b w:val="0"/>
          <w:sz w:val="21"/>
        </w:rPr>
        <w:t>GST (10%): $45.90</w:t>
      </w:r>
    </w:p>
    <w:p>
      <w:pPr>
        <w:spacing w:after="200"/>
        <w:jc w:val="right"/>
      </w:pPr>
      <w:r>
        <w:rPr>
          <w:b/>
          <w:sz w:val="24"/>
        </w:rPr>
        <w:t>Total (inc GST): $504.90</w:t>
      </w:r>
    </w:p>
    <w:p>
      <w:pPr>
        <w:spacing w:after="200"/>
      </w:pPr>
      <w:r>
        <w:rPr>
          <w:b w:val="0"/>
          <w:color w:val="6B6258"/>
          <w:sz w:val="18"/>
        </w:rPr>
        <w:t>All amounts are in Australian dollars. Total price includes GST. Payment terms: 7 days from invoice date. Warranty on workmanship: [X months].</w:t>
      </w:r>
    </w:p>
    <w:p>
      <w:pPr>
        <w:spacing w:after="40"/>
      </w:pPr>
      <w:r>
        <w:rPr>
          <w:b/>
          <w:color w:val="6B6258"/>
          <w:sz w:val="17"/>
        </w:rPr>
        <w:t>PAYMENT DETAILS</w:t>
      </w:r>
    </w:p>
    <w:p>
      <w:pPr>
        <w:spacing w:after="40"/>
      </w:pPr>
      <w:r>
        <w:rPr>
          <w:b w:val="0"/>
          <w:sz w:val="20"/>
        </w:rPr>
        <w:t>Bank: [Bank name]   BSB: [XXX-XXX]   Account: [XXXXXXXX]</w:t>
      </w:r>
    </w:p>
    <w:p>
      <w:pPr>
        <w:spacing w:after="280"/>
      </w:pPr>
      <w:r>
        <w:rPr>
          <w:b w:val="0"/>
          <w:sz w:val="20"/>
        </w:rPr>
        <w:t>PayID: [your@email.com]   Reference: [INV-0001]</w:t>
      </w:r>
    </w:p>
    <w:p>
      <w:pPr>
        <w:spacing w:after="0"/>
      </w:pPr>
      <w:r>
        <w:rPr>
          <w:b w:val="0"/>
          <w:color w:val="6B6258"/>
          <w:sz w:val="16"/>
        </w:rPr>
        <w:t>Free Australian invoice template from OneBookPlus: onebookplus.com.au/tools/invoice-templates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A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